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1051560" cy="12618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b5448e3e-ede1-4c4c-9ba4-487ca59eb48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261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rFonts w:ascii="Georgia" w:hAnsi="Georgia"/>
          <w:b/>
          <w:color w:val="3B0A57"/>
          <w:sz w:val="36"/>
        </w:rPr>
        <w:t>LEADERSHIP &amp; SUPPORT TEAM APPLICATION</w:t>
      </w:r>
    </w:p>
    <w:p>
      <w:pPr>
        <w:spacing w:after="140"/>
        <w:jc w:val="center"/>
      </w:pPr>
      <w:r>
        <w:rPr>
          <w:b/>
          <w:color w:val="C89B3C"/>
          <w:sz w:val="20"/>
        </w:rPr>
        <w:t>Choreography • Rehearsals • Mentoring • Music • Wardrobe • Administration • Ministry Support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FBF6E8"/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40"/>
            </w:pPr>
            <w:r>
              <w:rPr>
                <w:b/>
                <w:color w:val="3B0A57"/>
              </w:rPr>
              <w:t xml:space="preserve">Purpose:  </w:t>
            </w:r>
            <w:r>
              <w:t>EBC Memphis is building a committed adult team to nurture, organize, and support young people through a year-round praise dance ministry. Submission of this application does not guarantee appointment. Every leadership candidate will be interviewed before selection.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1. APPLICANT INFORMATION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Full legal name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Preferred name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Address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City / State / ZIP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Primary phone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Email address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EBC member?  ☐ Yes  ☐ No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If yes, ministry involvement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2. POSITION(S) OF INTEREST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Lead Choreographer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Assistant Choreographer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Rehearsal Coordinator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Youth Mentor / Spiritual Support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Music &amp; Worship Support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Wardrobe / Garment Support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Administrative Support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Transportation / Logistics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Fundraising / Sponsorship Support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Event &amp; Performance Support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Photography / Media Support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Other: 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3. EXPERIENCE AND PREPARATION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p>
      <w:pPr>
        <w:pStyle w:val="FormLabel"/>
      </w:pPr>
      <w:r>
        <w:t>Describe your dance, choreography, worship arts, teaching, youth, or ministry experience.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pStyle w:val="FormLabel"/>
      </w:pPr>
      <w:r>
        <w:t>List relevant training, certifications, gifts, or special skills.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pStyle w:val="FormLabel"/>
      </w:pPr>
      <w:r>
        <w:t>Why do you desire to serve with the EBC Memphis Praise Dancers?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4. YEAR-ROUND AVAILABILITY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Sunday mornings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Sunday afternoons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Weekday evenings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Saturday mornings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Saturday afternoons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Special services / revivals</w:t>
            </w:r>
          </w:p>
        </w:tc>
      </w:tr>
      <w:tr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Community events</w:t>
            </w:r>
          </w:p>
        </w:tc>
        <w:tc>
          <w:tcPr>
            <w:tcW w:type="dxa" w:w="5141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Seasonal programs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Best rehearsal day(s)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Best rehearsal time(s)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p>
      <w:pPr>
        <w:pStyle w:val="FormLabel"/>
      </w:pPr>
      <w:r>
        <w:t>Please identify any recurring scheduling limitations.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5. LEADERSHIP AND MINISTRY READINESS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p>
      <w:pPr>
        <w:pStyle w:val="FormLabel"/>
      </w:pPr>
      <w:r>
        <w:t>Describe your approach to teaching, correcting, and encouraging young people.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pStyle w:val="FormLabel"/>
      </w:pPr>
      <w:r>
        <w:t>How will you help maintain a safe, respectful, Christ-centered rehearsal environment?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p>
      <w:pPr>
        <w:spacing w:after="20"/>
      </w:pPr>
      <w:r>
        <w:rPr>
          <w:color w:val="555555"/>
          <w:sz w:val="16"/>
        </w:rPr>
        <w:t>________________________________________________________________________________________________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can commit to year-round ministry participation.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can attend scheduled planning meetings and rehearsals.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understand that leadership candidates are interviewed before selection.</w:t>
            </w:r>
          </w:p>
        </w:tc>
      </w:tr>
      <w:tr>
        <w:tc>
          <w:tcPr>
            <w:tcW w:type="dxa" w:w="10282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pPr>
              <w:spacing w:after="20"/>
            </w:pPr>
            <w:r>
              <w:rPr>
                <w:sz w:val="20"/>
              </w:rPr>
              <w:t>☐  I agree to follow EBC policies for serving with minors.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6. REFERENCES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Reference 1 - Name / Relationship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Reference 1 - Phone / Email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Reference 2 - Name / Relationship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Reference 2 - Phone / Email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3B0A57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7. APPLICANT ACKNOWLEDGMENT</w:t>
            </w:r>
          </w:p>
        </w:tc>
      </w:tr>
    </w:tbl>
    <w:p>
      <w:pPr>
        <w:spacing w:after="0" w:line="20" w:lineRule="exact"/>
      </w:pPr>
      <w:r>
        <w:rPr>
          <w:sz w:val="2"/>
        </w:rPr>
        <w:t xml:space="preserve"> </w:t>
      </w:r>
    </w:p>
    <w:p>
      <w:pPr>
        <w:spacing w:after="160"/>
      </w:pPr>
      <w:r>
        <w:t>I certify that the information provided is accurate. I understand that selection may require an interview, reference checks, orientation, training, and any screening required by Ebenezer Baptist Church for adults serving with minors. I authorize EBC Memphis to contact the references listed above.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Applicant signature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Date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  <w:tr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Interviewed by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  <w:tc>
          <w:tcPr>
            <w:tcW w:type="dxa" w:w="5069"/>
            <w:tcMar>
              <w:top w:w="8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pStyle w:val="FormLabel"/>
            </w:pPr>
            <w:r>
              <w:t>Interview date</w:t>
            </w:r>
          </w:p>
          <w:p>
            <w:pPr>
              <w:spacing w:after="20"/>
            </w:pPr>
            <w:r>
              <w:rPr>
                <w:color w:val="555555"/>
                <w:sz w:val="16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82"/>
            <w:shd w:fill="F5EFF8"/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40"/>
            </w:pPr>
            <w:r>
              <w:rPr>
                <w:b/>
                <w:color w:val="3B0A57"/>
              </w:rPr>
              <w:t xml:space="preserve">Church Use Only:  </w:t>
            </w:r>
            <w:r>
              <w:t>☐ Interview scheduled   ☐ References checked   ☐ Approved   ☐ Not selected at this time   ☐ Orientation required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504" w:right="979" w:bottom="504" w:left="979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6"/>
      </w:rPr>
      <w:t>EBC Memphis Praise Dancers  |  Ebenezer Baptist Church  |  Year-Round Ministry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ptos" w:hAnsi="Aptos"/>
      <w:color w:val="24102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B0A57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B0A5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spacing w:after="40"/>
    </w:pPr>
    <w:rPr>
      <w:rFonts w:ascii="Aptos" w:hAnsi="Aptos"/>
      <w:b/>
      <w:color w:val="3B0A57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